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לכתיבה אחרי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ארבעת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משימות מתאימות לכל שלב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בין משימות כתיבה לפי 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בוחרים איך להראות מה הבינו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השלב הרביעי בלוח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שלב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(מוצאים מידע שכתוב בטקסט בצורה ישירה)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(מספרים בקצרה ומחברים בין חלקי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(בוחרים שתיים מתוך שלוש משימות אפשריות)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פותחים את לוח הבחירה המתאים לשלב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עוד שתי משימות באותה שורה, עמודה או אלכסון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את הבחירה, למשל התאמה לעניין או לקושי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וברור שמתאר את עיקר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לשמות: מאתרים, מסכמים ומקשרים, מסיקים ומוכיחים, מעמיקים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להבנה שמאתרים זה מידע ישיר וקל, ומעמיקים דורש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להבנה שזו משימה חובה לכולם, ללא קשר לשאר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דוגמת לוח אמיתי מהטקסט שקראו לאחרונה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בעל פה את ההבדל בין השלבים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לוותר על חלק ההתאמה המורכב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לכתיבה אחרי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אחרי שקוראים טקסט, לא תמיד כותבים את אותה משימה. יש לוח בחירה עם משימות שונות ברמות שונות, והתלמידים בוחרים איך להראות מה הבינו.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משנה  ·  תיאור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אחרי שקוראים טקסט,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עוד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איך להראות מה הבינו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קובעת את המטרה של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הגרילו 3 יש בסך הכול 12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4 בלוח נקרא מעמיקים ויוצרים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שלב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1 - מאתרים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מספרים בקצרה ומחברים בין חלקי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2 - מסכמים ומקשרים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בוחרים שתיים מתוך שלוש משימות אפשריות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הגרילו 3 בחרו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מוצאים מידע שכתוב בטקסט בצורה ישירה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בכרטיס דמות חדשה נכנסת צריך לכתוב מי היא, מה היא אומרת ומה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בכרטיס מילים שמציירות אוספים מהטקסט מילות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עוד שתי משימות באותה שורה, עמודה או אלכסון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את לוח הבחירה המתאים לשלב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ממשימות הגרילו 3 וכתבו למה בחרתם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שמסכם על מה הסיפור שקראתם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שמות ארבעת השלבים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משימה בשלב מאתרים לבין משימה בשלב מעמיקים ויוצרים?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לכתיבה אחרי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