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לכתיבה אחרי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ארבעת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משימות מתאימות לכל שלב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בין משימות כתיבה לפי 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בוחרים איך להראות מה הבינו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משימה חובה באמצע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למצוא שלושה פרטים על הדמות הראשית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המורה מתכננת ומגדירה מטרה, ובוחרת אילו אפשרויות להציע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השלב הרביעי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המורה קובעת את המטרה, התלמידים בוחרים רק את הדרך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שלב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(מוצאים מידע שכתוב בטקסט בצורה ישירה)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(מספרים בקצרה ומחברים בין חלקי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(מבינים רעיון שלא כתוב ישירות ומביאים הוכחה)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(חושבים לעומק ומוסיפים דמות או רעיון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(בוחרים שתיים מתוך שלוש משימות אפשריות)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קובעת מטרה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פותחים את לוח הבחירה המתאים לשלב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המשימה המסומנת בכוכב, שהיא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 עוד שתי משימות באותה שורה, עמודה או אלכסון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את הבחירה, למשל התאמה לעניין או לקושי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וברור שמתאר את עיקר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משימה שדורשת הסקת מסקנה והבאת הוכחה מהטקסט, עם נימוק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לשמות: מאתרים, מסכמים ומקשרים, מסיקים ומוכיחים, מעמיקים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להבנה שמאתרים זה מידע ישיר וקל, ומעמיקים דורש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להבנה שזו משימה חובה לכולם, ללא קשר לשאר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דוגמת לוח אמיתי מהטקסט שקראו לאחרונה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בעל פה את ההבדל בין השלבים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לוותר על חלק ההתאמה המורכב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לכתיבה אחרי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טקסט. אחר כך בוחרים משימה מתוך כמה אפשרויות. המורה קובעת את המטרה, והתלמידים בוחרים איך לעבוד.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כמה משימות שונות שבוחרים מהן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מאתרים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מידע שכתוב בטקסט בצורה ישירה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מסכמים ומקשרים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בקצרה ומחברים בין חלקים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מסיקים ומוכיחים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מבינים דבר שלא כתוב ישירות, ומביאים הוכחה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מעמיקים ויוצרים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לעומק ויוצרים רעיון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האמצעית בלוח, שכולם חייבים לפתור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הגרילו 3 בחרו 2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שתיים מתוך שלוש משימות אפשריות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אחרי שקוראים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עוד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איך להראות מה הבינו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על משימה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בוחרת את המטרה?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בוחרים מתוך שלוש?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הכוכב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 קלה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שאפשר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משימה חובה באמצע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משימה לציור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משימה מתאימה לשלב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להסיק מסקנה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שלושה פרטים על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דמות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 חדש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אומרת שהתלמידים מחליטים על הכול בעצמם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הגרילו 3 יש בסך הכול 12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4 בלוח נקרא מעמיקים ויוצרים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התלמידים בוחרים גם את המטרה וגם את המשימות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שלב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1 - מאתרים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מספרים בקצרה ומחברים בין חלקי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2 - מסכמים ומקשרים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שתיים מתוך שלוש משימות אפשריות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3 - מסיקים ומוכיחים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חושבים לעומק ומוסיפים דמות או רעיון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4 - מעמיקים ויוצרים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מבינים רעיון שלא כתוב ישירות ומביאים הוכחה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הגרילו 3 בחרו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מוצאים מידע שכתוב בטקסט בצורה ישירה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במרכז הלוח יש משימה שמסומנת בכוכב, והיא __________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דמות חדשה נכנסת צריך לכתוב מי היא, מה היא אומרת ומה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בכרטיס מילים שמציירות אוספים מהטקסט מילות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1 אחת המשימות היא לסדר ארבעה __________ לפי הסדר הנכון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לוח הבחירה המתאים לשלב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המשימה המסומנת בכוכב, שהיא חובה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עוד שתי משימות באותה שורה, עמודה או אלכסון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קובעת מטרה למשימה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ממשימות הגרילו 3 וכתבו למה בחרתם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שמסכם על מה הסיפור שקראתם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משימה חדשה שיכולה להתאים לשלב מסיקים ומוכיחים, ונמקו למה היא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שמות ארבעת השלבים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משימה בשלב מאתרים לבין משימה בשלב מעמיקים ויוצרים?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המשבצת האמצעית בלוח מסומנת בכוכב?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לכתיבה אחרי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